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BFC3C" w14:textId="16BC1E75" w:rsidR="00A15CA1" w:rsidRDefault="00000000">
      <w:pPr>
        <w:spacing w:after="160"/>
      </w:pPr>
      <w:proofErr w:type="spellStart"/>
      <w:r>
        <w:rPr>
          <w:b/>
          <w:i/>
          <w:sz w:val="28"/>
          <w:u w:val="single"/>
        </w:rPr>
        <w:t>Kedves</w:t>
      </w:r>
      <w:proofErr w:type="spellEnd"/>
      <w:r>
        <w:rPr>
          <w:b/>
          <w:i/>
          <w:sz w:val="28"/>
          <w:u w:val="single"/>
        </w:rPr>
        <w:t xml:space="preserve"> </w:t>
      </w:r>
      <w:proofErr w:type="spellStart"/>
      <w:r>
        <w:rPr>
          <w:b/>
          <w:i/>
          <w:sz w:val="28"/>
          <w:u w:val="single"/>
        </w:rPr>
        <w:t>Szül</w:t>
      </w:r>
      <w:r w:rsidR="00E6313C">
        <w:rPr>
          <w:b/>
          <w:i/>
          <w:sz w:val="28"/>
          <w:u w:val="single"/>
        </w:rPr>
        <w:t>ő</w:t>
      </w:r>
      <w:proofErr w:type="spellEnd"/>
      <w:r>
        <w:rPr>
          <w:b/>
          <w:i/>
          <w:sz w:val="28"/>
          <w:u w:val="single"/>
        </w:rPr>
        <w:t>!</w:t>
      </w:r>
    </w:p>
    <w:p w14:paraId="61D848CF" w14:textId="6C9939E2" w:rsidR="00A15CA1" w:rsidRDefault="00000000">
      <w:pPr>
        <w:spacing w:after="120"/>
        <w:rPr>
          <w:b/>
        </w:rPr>
      </w:pPr>
      <w:proofErr w:type="spellStart"/>
      <w:r>
        <w:rPr>
          <w:b/>
        </w:rPr>
        <w:t>Kér</w:t>
      </w:r>
      <w:r w:rsidR="00E6313C">
        <w:rPr>
          <w:b/>
        </w:rPr>
        <w:t>jük</w:t>
      </w:r>
      <w:proofErr w:type="spellEnd"/>
      <w:r w:rsidR="00E6313C">
        <w:rPr>
          <w:b/>
        </w:rPr>
        <w:t xml:space="preserve"> </w:t>
      </w:r>
      <w:proofErr w:type="spellStart"/>
      <w:r>
        <w:rPr>
          <w:b/>
        </w:rPr>
        <w:t>az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adatlap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pontos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hivatalos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okmányokban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szereplő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adatokat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tartalmazó</w:t>
      </w:r>
      <w:proofErr w:type="spellEnd"/>
      <w:r>
        <w:rPr>
          <w:b/>
        </w:rPr>
        <w:t>)</w:t>
      </w:r>
      <w:r w:rsidR="00E6313C">
        <w:rPr>
          <w:b/>
        </w:rPr>
        <w:t xml:space="preserve"> </w:t>
      </w:r>
      <w:proofErr w:type="spellStart"/>
      <w:r>
        <w:rPr>
          <w:b/>
        </w:rPr>
        <w:t>kitöltésé</w:t>
      </w:r>
      <w:r w:rsidR="00E6313C">
        <w:rPr>
          <w:b/>
        </w:rPr>
        <w:t>t</w:t>
      </w:r>
      <w:proofErr w:type="spellEnd"/>
      <w:r>
        <w:rPr>
          <w:b/>
        </w:rPr>
        <w:t>!</w:t>
      </w:r>
    </w:p>
    <w:p w14:paraId="4B3EF3B2" w14:textId="77777777" w:rsidR="00E6313C" w:rsidRDefault="00E6313C">
      <w:pPr>
        <w:spacing w:after="120"/>
      </w:pPr>
    </w:p>
    <w:p w14:paraId="396F09FF" w14:textId="77777777" w:rsidR="00A15CA1" w:rsidRDefault="00000000" w:rsidP="00E6313C">
      <w:pPr>
        <w:jc w:val="center"/>
      </w:pPr>
      <w:proofErr w:type="spellStart"/>
      <w:r>
        <w:rPr>
          <w:b/>
          <w:i/>
          <w:sz w:val="32"/>
          <w:u w:val="single"/>
        </w:rPr>
        <w:t>Adategyeztető</w:t>
      </w:r>
      <w:proofErr w:type="spellEnd"/>
      <w:r>
        <w:rPr>
          <w:b/>
          <w:i/>
          <w:sz w:val="32"/>
          <w:u w:val="single"/>
        </w:rPr>
        <w:t xml:space="preserve"> lap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38A4567A" w14:textId="77777777">
        <w:tc>
          <w:tcPr>
            <w:tcW w:w="2835" w:type="dxa"/>
            <w:vAlign w:val="center"/>
          </w:tcPr>
          <w:p w14:paraId="73DF5D31" w14:textId="77777777" w:rsidR="00A15CA1" w:rsidRDefault="00000000">
            <w:pPr>
              <w:spacing w:before="20" w:after="20"/>
            </w:pPr>
            <w:r>
              <w:t>A gyermek neve:</w:t>
            </w:r>
          </w:p>
        </w:tc>
        <w:tc>
          <w:tcPr>
            <w:tcW w:w="6520" w:type="dxa"/>
            <w:vAlign w:val="center"/>
          </w:tcPr>
          <w:p w14:paraId="5B070DAC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13965BBE" w14:textId="77777777" w:rsidR="00A15CA1" w:rsidRDefault="00A15CA1">
      <w:pPr>
        <w:spacing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1E71A871" w14:textId="77777777">
        <w:tc>
          <w:tcPr>
            <w:tcW w:w="2835" w:type="dxa"/>
            <w:vAlign w:val="center"/>
          </w:tcPr>
          <w:p w14:paraId="0A4A3E33" w14:textId="77777777" w:rsidR="00A15CA1" w:rsidRDefault="00000000">
            <w:pPr>
              <w:spacing w:before="20" w:after="20"/>
            </w:pPr>
            <w:r>
              <w:t>Születési helye és ideje:</w:t>
            </w:r>
          </w:p>
        </w:tc>
        <w:tc>
          <w:tcPr>
            <w:tcW w:w="6520" w:type="dxa"/>
            <w:vAlign w:val="center"/>
          </w:tcPr>
          <w:p w14:paraId="5D40EA84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0957AC67" w14:textId="77777777" w:rsidR="00A15CA1" w:rsidRDefault="00A15CA1">
      <w:pPr>
        <w:spacing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35D5DD4F" w14:textId="77777777">
        <w:tc>
          <w:tcPr>
            <w:tcW w:w="2835" w:type="dxa"/>
            <w:vAlign w:val="center"/>
          </w:tcPr>
          <w:p w14:paraId="037DAB7C" w14:textId="77777777" w:rsidR="00A15CA1" w:rsidRDefault="00000000">
            <w:pPr>
              <w:spacing w:before="20" w:after="20"/>
            </w:pPr>
            <w:r>
              <w:t>Gyermek TAJ száma:</w:t>
            </w:r>
          </w:p>
        </w:tc>
        <w:tc>
          <w:tcPr>
            <w:tcW w:w="6520" w:type="dxa"/>
            <w:vAlign w:val="center"/>
          </w:tcPr>
          <w:p w14:paraId="07287324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6897E023" w14:textId="77777777" w:rsidR="00A15CA1" w:rsidRDefault="00A15CA1">
      <w:pPr>
        <w:spacing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62C8B68E" w14:textId="77777777">
        <w:tc>
          <w:tcPr>
            <w:tcW w:w="2835" w:type="dxa"/>
            <w:vAlign w:val="center"/>
          </w:tcPr>
          <w:p w14:paraId="257E80A6" w14:textId="77777777" w:rsidR="00A15CA1" w:rsidRDefault="00000000">
            <w:pPr>
              <w:spacing w:before="20" w:after="20"/>
            </w:pPr>
            <w:r>
              <w:t>Adóaz. jele (ha van):</w:t>
            </w:r>
          </w:p>
        </w:tc>
        <w:tc>
          <w:tcPr>
            <w:tcW w:w="6520" w:type="dxa"/>
            <w:vAlign w:val="center"/>
          </w:tcPr>
          <w:p w14:paraId="011A234B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49105C46" w14:textId="77777777" w:rsidR="00A15CA1" w:rsidRDefault="00A15CA1">
      <w:pPr>
        <w:spacing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35BC8811" w14:textId="77777777">
        <w:tc>
          <w:tcPr>
            <w:tcW w:w="2835" w:type="dxa"/>
            <w:vAlign w:val="center"/>
          </w:tcPr>
          <w:p w14:paraId="13B0C3F2" w14:textId="77777777" w:rsidR="00A15CA1" w:rsidRDefault="00000000">
            <w:pPr>
              <w:spacing w:before="20" w:after="20"/>
            </w:pPr>
            <w:r>
              <w:t>Állampolgársága:</w:t>
            </w:r>
          </w:p>
        </w:tc>
        <w:tc>
          <w:tcPr>
            <w:tcW w:w="6520" w:type="dxa"/>
            <w:vAlign w:val="center"/>
          </w:tcPr>
          <w:p w14:paraId="7F59DE92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1CBCC5ED" w14:textId="77777777" w:rsidR="00A15CA1" w:rsidRDefault="00A15CA1">
      <w:pPr>
        <w:spacing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62A9C5ED" w14:textId="77777777">
        <w:tc>
          <w:tcPr>
            <w:tcW w:w="2835" w:type="dxa"/>
            <w:vAlign w:val="center"/>
          </w:tcPr>
          <w:p w14:paraId="1F0564E4" w14:textId="77777777" w:rsidR="00A15CA1" w:rsidRDefault="00000000">
            <w:pPr>
              <w:spacing w:before="20" w:after="20"/>
            </w:pPr>
            <w:proofErr w:type="spellStart"/>
            <w:r>
              <w:t>Lakcíme</w:t>
            </w:r>
            <w:proofErr w:type="spellEnd"/>
            <w:r>
              <w:t>:</w:t>
            </w:r>
          </w:p>
        </w:tc>
        <w:tc>
          <w:tcPr>
            <w:tcW w:w="6520" w:type="dxa"/>
            <w:vAlign w:val="center"/>
          </w:tcPr>
          <w:p w14:paraId="2CFC35D4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261B12FB" w14:textId="77777777" w:rsidR="00A15CA1" w:rsidRDefault="00A15CA1">
      <w:pPr>
        <w:spacing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019217F9" w14:textId="77777777">
        <w:tc>
          <w:tcPr>
            <w:tcW w:w="2835" w:type="dxa"/>
            <w:vAlign w:val="center"/>
          </w:tcPr>
          <w:p w14:paraId="77B3E0A7" w14:textId="77777777" w:rsidR="00A15CA1" w:rsidRDefault="00000000">
            <w:pPr>
              <w:spacing w:before="20" w:after="20"/>
            </w:pPr>
            <w:r>
              <w:t>Tartózkodási helye/ideiglenes lakcíme:</w:t>
            </w:r>
          </w:p>
        </w:tc>
        <w:tc>
          <w:tcPr>
            <w:tcW w:w="6520" w:type="dxa"/>
            <w:vAlign w:val="center"/>
          </w:tcPr>
          <w:p w14:paraId="4ABE4CB8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2793F2F9" w14:textId="77777777" w:rsidR="00A15CA1" w:rsidRDefault="00000000">
      <w:pPr>
        <w:spacing w:after="100"/>
        <w:rPr>
          <w:i/>
        </w:rPr>
      </w:pPr>
      <w:r>
        <w:rPr>
          <w:i/>
        </w:rPr>
        <w:t xml:space="preserve">/a </w:t>
      </w:r>
      <w:proofErr w:type="spellStart"/>
      <w:r>
        <w:rPr>
          <w:i/>
        </w:rPr>
        <w:t>megfelelő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aláhúzandó</w:t>
      </w:r>
      <w:proofErr w:type="spellEnd"/>
      <w:r>
        <w:rPr>
          <w:i/>
        </w:rPr>
        <w:t>!/</w:t>
      </w:r>
      <w:proofErr w:type="gramEnd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E6313C" w14:paraId="0FDA06EA" w14:textId="77777777" w:rsidTr="003524F9">
        <w:tc>
          <w:tcPr>
            <w:tcW w:w="2835" w:type="dxa"/>
            <w:vAlign w:val="center"/>
          </w:tcPr>
          <w:p w14:paraId="6593C7F3" w14:textId="77777777" w:rsidR="00E6313C" w:rsidRDefault="00E6313C" w:rsidP="003524F9">
            <w:pPr>
              <w:spacing w:before="20" w:after="20"/>
            </w:pPr>
          </w:p>
          <w:p w14:paraId="1D0E09D8" w14:textId="35C51A6E" w:rsidR="00E6313C" w:rsidRDefault="00E6313C" w:rsidP="003524F9">
            <w:pPr>
              <w:spacing w:before="20" w:after="20"/>
            </w:pPr>
            <w:proofErr w:type="spellStart"/>
            <w:r>
              <w:t>Testvérei</w:t>
            </w:r>
            <w:proofErr w:type="spellEnd"/>
            <w:r>
              <w:t xml:space="preserve"> </w:t>
            </w:r>
            <w:proofErr w:type="spellStart"/>
            <w:r>
              <w:t>száma</w:t>
            </w:r>
            <w:proofErr w:type="spellEnd"/>
            <w:r>
              <w:t>, kora:</w:t>
            </w:r>
          </w:p>
        </w:tc>
        <w:tc>
          <w:tcPr>
            <w:tcW w:w="6520" w:type="dxa"/>
            <w:vAlign w:val="center"/>
          </w:tcPr>
          <w:p w14:paraId="3E9C5E4A" w14:textId="77777777" w:rsidR="00E6313C" w:rsidRDefault="00E6313C" w:rsidP="003524F9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77D4B232" w14:textId="77777777" w:rsidR="00E6313C" w:rsidRDefault="00E6313C">
      <w:pPr>
        <w:spacing w:before="100" w:after="60"/>
        <w:rPr>
          <w:b/>
        </w:rPr>
      </w:pPr>
    </w:p>
    <w:p w14:paraId="71DD13D8" w14:textId="41282D66" w:rsidR="00A15CA1" w:rsidRDefault="00000000">
      <w:pPr>
        <w:spacing w:before="100" w:after="60"/>
        <w:rPr>
          <w:b/>
        </w:rPr>
      </w:pPr>
      <w:proofErr w:type="spellStart"/>
      <w:r>
        <w:rPr>
          <w:b/>
        </w:rPr>
        <w:t>Apa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gondviselő</w:t>
      </w:r>
      <w:proofErr w:type="spellEnd"/>
      <w:r>
        <w:rPr>
          <w:b/>
        </w:rPr>
        <w:t>) neve:</w:t>
      </w:r>
      <w:r w:rsidR="00E6313C">
        <w:rPr>
          <w:b/>
        </w:rPr>
        <w:tab/>
      </w:r>
      <w:r w:rsidR="00E6313C">
        <w:rPr>
          <w:b/>
        </w:rPr>
        <w:tab/>
        <w:t>____________________________________________________</w:t>
      </w:r>
    </w:p>
    <w:p w14:paraId="0076F666" w14:textId="77777777" w:rsidR="00A15CA1" w:rsidRDefault="00000000">
      <w:pPr>
        <w:spacing w:after="100"/>
      </w:pPr>
      <w:proofErr w:type="spellStart"/>
      <w:r>
        <w:t>Telefonszáma</w:t>
      </w:r>
      <w:proofErr w:type="spellEnd"/>
      <w:r>
        <w:t xml:space="preserve"> (amin </w:t>
      </w:r>
      <w:proofErr w:type="spellStart"/>
      <w:r>
        <w:t>elérhető</w:t>
      </w:r>
      <w:proofErr w:type="spellEnd"/>
      <w:r>
        <w:t xml:space="preserve"> nap </w:t>
      </w:r>
      <w:proofErr w:type="spellStart"/>
      <w:r>
        <w:t>közben</w:t>
      </w:r>
      <w:proofErr w:type="spellEnd"/>
      <w:r>
        <w:t>): __________________________    Email: __________________________</w:t>
      </w:r>
    </w:p>
    <w:p w14:paraId="5D0474FE" w14:textId="77777777" w:rsidR="00E6313C" w:rsidRDefault="00E6313C">
      <w:pPr>
        <w:spacing w:after="100"/>
      </w:pPr>
    </w:p>
    <w:p w14:paraId="6ED74865" w14:textId="029D7D41" w:rsidR="00A15CA1" w:rsidRDefault="00000000">
      <w:pPr>
        <w:spacing w:after="60"/>
      </w:pPr>
      <w:r>
        <w:rPr>
          <w:b/>
        </w:rPr>
        <w:t xml:space="preserve">Anya </w:t>
      </w:r>
      <w:proofErr w:type="spellStart"/>
      <w:r>
        <w:rPr>
          <w:b/>
        </w:rPr>
        <w:t>születési</w:t>
      </w:r>
      <w:proofErr w:type="spellEnd"/>
      <w:r>
        <w:rPr>
          <w:b/>
        </w:rPr>
        <w:t xml:space="preserve"> neve:</w:t>
      </w:r>
      <w:r w:rsidR="00E6313C">
        <w:rPr>
          <w:b/>
        </w:rPr>
        <w:tab/>
      </w:r>
      <w:r w:rsidR="00E6313C">
        <w:rPr>
          <w:b/>
        </w:rPr>
        <w:tab/>
        <w:t>____________________________________________________</w:t>
      </w:r>
    </w:p>
    <w:p w14:paraId="043548FA" w14:textId="77777777" w:rsidR="00A15CA1" w:rsidRDefault="00000000">
      <w:pPr>
        <w:spacing w:after="140"/>
      </w:pPr>
      <w:proofErr w:type="spellStart"/>
      <w:r>
        <w:t>Telefonszáma</w:t>
      </w:r>
      <w:proofErr w:type="spellEnd"/>
      <w:r>
        <w:t xml:space="preserve"> (amin </w:t>
      </w:r>
      <w:proofErr w:type="spellStart"/>
      <w:r>
        <w:t>elérhető</w:t>
      </w:r>
      <w:proofErr w:type="spellEnd"/>
      <w:r>
        <w:t xml:space="preserve"> nap </w:t>
      </w:r>
      <w:proofErr w:type="spellStart"/>
      <w:r>
        <w:t>közben</w:t>
      </w:r>
      <w:proofErr w:type="spellEnd"/>
      <w:r>
        <w:t>): __________________________    Email: 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A15CA1" w14:paraId="7E850430" w14:textId="77777777">
        <w:tc>
          <w:tcPr>
            <w:tcW w:w="2835" w:type="dxa"/>
            <w:vAlign w:val="center"/>
          </w:tcPr>
          <w:p w14:paraId="0B3D5AC4" w14:textId="21F80571" w:rsidR="00E6313C" w:rsidRDefault="00000000" w:rsidP="00E6313C">
            <w:pPr>
              <w:spacing w:before="20" w:after="20"/>
            </w:pPr>
            <w:proofErr w:type="spellStart"/>
            <w:r>
              <w:t>Gyermek</w:t>
            </w:r>
            <w:proofErr w:type="spellEnd"/>
            <w:r>
              <w:t xml:space="preserve"> (</w:t>
            </w:r>
            <w:proofErr w:type="spellStart"/>
            <w:r>
              <w:t>állandó</w:t>
            </w:r>
            <w:proofErr w:type="spellEnd"/>
            <w:r>
              <w:t xml:space="preserve">) </w:t>
            </w:r>
            <w:proofErr w:type="spellStart"/>
            <w:r>
              <w:t>betegségei</w:t>
            </w:r>
            <w:proofErr w:type="spellEnd"/>
            <w:r>
              <w:t>:</w:t>
            </w:r>
          </w:p>
        </w:tc>
        <w:tc>
          <w:tcPr>
            <w:tcW w:w="6520" w:type="dxa"/>
            <w:vAlign w:val="center"/>
          </w:tcPr>
          <w:p w14:paraId="4BCFD0AB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  <w:tr w:rsidR="00A15CA1" w14:paraId="7E5F5DA9" w14:textId="77777777">
        <w:tc>
          <w:tcPr>
            <w:tcW w:w="2835" w:type="dxa"/>
            <w:vAlign w:val="center"/>
          </w:tcPr>
          <w:p w14:paraId="4FFE9DFF" w14:textId="77777777" w:rsidR="00A15CA1" w:rsidRDefault="00000000">
            <w:pPr>
              <w:spacing w:before="20" w:after="20"/>
            </w:pPr>
            <w:r>
              <w:t>Gyógyszerérzékenység:</w:t>
            </w:r>
          </w:p>
        </w:tc>
        <w:tc>
          <w:tcPr>
            <w:tcW w:w="6520" w:type="dxa"/>
            <w:vAlign w:val="center"/>
          </w:tcPr>
          <w:p w14:paraId="76002383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  <w:tr w:rsidR="00A15CA1" w14:paraId="551CCC9D" w14:textId="77777777">
        <w:tc>
          <w:tcPr>
            <w:tcW w:w="2835" w:type="dxa"/>
            <w:vAlign w:val="center"/>
          </w:tcPr>
          <w:p w14:paraId="2B990D03" w14:textId="716A94E2" w:rsidR="00A15CA1" w:rsidRDefault="00000000">
            <w:pPr>
              <w:spacing w:before="20" w:after="20"/>
            </w:pPr>
            <w:proofErr w:type="spellStart"/>
            <w:r>
              <w:t>Allergia</w:t>
            </w:r>
            <w:proofErr w:type="spellEnd"/>
            <w:r>
              <w:t>:</w:t>
            </w:r>
          </w:p>
        </w:tc>
        <w:tc>
          <w:tcPr>
            <w:tcW w:w="6520" w:type="dxa"/>
            <w:vAlign w:val="center"/>
          </w:tcPr>
          <w:p w14:paraId="2995063B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  <w:tr w:rsidR="00A15CA1" w14:paraId="27A4457B" w14:textId="77777777">
        <w:tc>
          <w:tcPr>
            <w:tcW w:w="2835" w:type="dxa"/>
            <w:vAlign w:val="center"/>
          </w:tcPr>
          <w:p w14:paraId="4CE2924E" w14:textId="16B7EB16" w:rsidR="00A15CA1" w:rsidRDefault="00000000">
            <w:pPr>
              <w:spacing w:before="20" w:after="20"/>
            </w:pPr>
            <w:r>
              <w:t>Ki (</w:t>
            </w:r>
            <w:proofErr w:type="spellStart"/>
            <w:r>
              <w:t>kik</w:t>
            </w:r>
            <w:proofErr w:type="spellEnd"/>
            <w:r>
              <w:t xml:space="preserve">) </w:t>
            </w:r>
            <w:proofErr w:type="spellStart"/>
            <w:r>
              <w:t>viheti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a gyermeket?</w:t>
            </w:r>
          </w:p>
        </w:tc>
        <w:tc>
          <w:tcPr>
            <w:tcW w:w="6520" w:type="dxa"/>
            <w:vAlign w:val="center"/>
          </w:tcPr>
          <w:p w14:paraId="2B138A10" w14:textId="77777777" w:rsidR="00A15CA1" w:rsidRDefault="00000000">
            <w:pPr>
              <w:spacing w:before="20" w:after="20"/>
            </w:pPr>
            <w:r>
              <w:t xml:space="preserve"> </w:t>
            </w:r>
            <w:r>
              <w:rPr>
                <w:sz w:val="18"/>
              </w:rPr>
              <w:t>______________________________________________________________</w:t>
            </w:r>
          </w:p>
        </w:tc>
      </w:tr>
    </w:tbl>
    <w:p w14:paraId="640A45F7" w14:textId="77777777" w:rsidR="00A15CA1" w:rsidRDefault="00000000">
      <w:pPr>
        <w:spacing w:before="360" w:after="100"/>
      </w:pPr>
      <w:proofErr w:type="spellStart"/>
      <w:r>
        <w:rPr>
          <w:i/>
        </w:rPr>
        <w:t>Kijelentem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hogy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adatlapon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közölt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adatok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valóságnak</w:t>
      </w:r>
      <w:proofErr w:type="spellEnd"/>
      <w:r>
        <w:rPr>
          <w:i/>
        </w:rPr>
        <w:t xml:space="preserve"> megfelelnek.</w:t>
      </w:r>
    </w:p>
    <w:p w14:paraId="792AFD1A" w14:textId="4F93F86A" w:rsidR="00A15CA1" w:rsidRDefault="00000000">
      <w:pPr>
        <w:spacing w:after="500"/>
      </w:pPr>
      <w:r>
        <w:rPr>
          <w:i/>
        </w:rPr>
        <w:t xml:space="preserve">Hozzájárulok, hogy az általam közölt </w:t>
      </w:r>
      <w:proofErr w:type="spellStart"/>
      <w:r>
        <w:rPr>
          <w:i/>
        </w:rPr>
        <w:t>adatokat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Pillangó</w:t>
      </w:r>
      <w:proofErr w:type="spellEnd"/>
      <w:r>
        <w:rPr>
          <w:i/>
        </w:rPr>
        <w:t xml:space="preserve"> </w:t>
      </w:r>
      <w:proofErr w:type="spellStart"/>
      <w:r w:rsidR="00E6313C">
        <w:rPr>
          <w:i/>
        </w:rPr>
        <w:t>Keresztény</w:t>
      </w:r>
      <w:proofErr w:type="spellEnd"/>
      <w:r w:rsidR="00E6313C">
        <w:rPr>
          <w:i/>
        </w:rPr>
        <w:t xml:space="preserve"> </w:t>
      </w:r>
      <w:proofErr w:type="spellStart"/>
      <w:r>
        <w:rPr>
          <w:i/>
        </w:rPr>
        <w:t>Óvoda</w:t>
      </w:r>
      <w:proofErr w:type="spellEnd"/>
      <w:r>
        <w:rPr>
          <w:i/>
        </w:rPr>
        <w:t xml:space="preserve"> (1223 Budapest, </w:t>
      </w:r>
      <w:proofErr w:type="spellStart"/>
      <w:r>
        <w:rPr>
          <w:i/>
        </w:rPr>
        <w:t>Dézsmaház</w:t>
      </w:r>
      <w:proofErr w:type="spellEnd"/>
      <w:r>
        <w:rPr>
          <w:i/>
        </w:rPr>
        <w:t xml:space="preserve"> u. 33.) a működésével kapcsolatosan felhasználja.</w:t>
      </w:r>
    </w:p>
    <w:p w14:paraId="013CCFA0" w14:textId="77777777" w:rsidR="00A15CA1" w:rsidRDefault="00000000" w:rsidP="00E6313C">
      <w:pPr>
        <w:spacing w:after="0"/>
        <w:ind w:left="6237"/>
      </w:pPr>
      <w:r>
        <w:t>................................................</w:t>
      </w:r>
    </w:p>
    <w:p w14:paraId="14F5E64C" w14:textId="77777777" w:rsidR="00A15CA1" w:rsidRDefault="00000000" w:rsidP="00E6313C">
      <w:pPr>
        <w:ind w:left="6946" w:right="615"/>
      </w:pPr>
      <w:r>
        <w:t>Szülő aláírása</w:t>
      </w:r>
    </w:p>
    <w:sectPr w:rsidR="00A15CA1" w:rsidSect="00E6313C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6339898">
    <w:abstractNumId w:val="8"/>
  </w:num>
  <w:num w:numId="2" w16cid:durableId="13844393">
    <w:abstractNumId w:val="6"/>
  </w:num>
  <w:num w:numId="3" w16cid:durableId="926498139">
    <w:abstractNumId w:val="5"/>
  </w:num>
  <w:num w:numId="4" w16cid:durableId="968390298">
    <w:abstractNumId w:val="4"/>
  </w:num>
  <w:num w:numId="5" w16cid:durableId="880214567">
    <w:abstractNumId w:val="7"/>
  </w:num>
  <w:num w:numId="6" w16cid:durableId="1937596355">
    <w:abstractNumId w:val="3"/>
  </w:num>
  <w:num w:numId="7" w16cid:durableId="185681543">
    <w:abstractNumId w:val="2"/>
  </w:num>
  <w:num w:numId="8" w16cid:durableId="921647337">
    <w:abstractNumId w:val="1"/>
  </w:num>
  <w:num w:numId="9" w16cid:durableId="1148136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162"/>
    <w:rsid w:val="0015074B"/>
    <w:rsid w:val="0029639D"/>
    <w:rsid w:val="00326F90"/>
    <w:rsid w:val="00A15CA1"/>
    <w:rsid w:val="00AA1D8D"/>
    <w:rsid w:val="00B47730"/>
    <w:rsid w:val="00CB0664"/>
    <w:rsid w:val="00E631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1FA35"/>
  <w14:defaultImageDpi w14:val="300"/>
  <w15:docId w15:val="{28E519E9-2F08-4820-8562-E8ACBD3E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RBK</cp:lastModifiedBy>
  <cp:revision>2</cp:revision>
  <dcterms:created xsi:type="dcterms:W3CDTF">2013-12-23T23:15:00Z</dcterms:created>
  <dcterms:modified xsi:type="dcterms:W3CDTF">2026-10-02T08:07:00Z</dcterms:modified>
  <cp:category/>
</cp:coreProperties>
</file>